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FFE2" w14:textId="78E348EC" w:rsidR="00070077" w:rsidRPr="00163208" w:rsidRDefault="00000000">
      <w:pPr>
        <w:pStyle w:val="Tytu"/>
        <w:rPr>
          <w:rFonts w:cstheme="majorHAnsi"/>
        </w:rPr>
      </w:pPr>
      <w:r w:rsidRPr="00163208">
        <w:rPr>
          <w:rFonts w:cstheme="majorHAnsi"/>
        </w:rPr>
        <w:t>Formularz Zgłoszeniowy – Stoisko na Dożynki Gminy Prażmów 202</w:t>
      </w:r>
      <w:r w:rsidR="003B2EA0">
        <w:rPr>
          <w:rFonts w:cstheme="majorHAnsi"/>
        </w:rPr>
        <w:t>6</w:t>
      </w:r>
    </w:p>
    <w:p w14:paraId="06E75B18" w14:textId="77777777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Organizator: Gmina Prażmów</w:t>
      </w:r>
    </w:p>
    <w:p w14:paraId="749E60F6" w14:textId="3A479B46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 xml:space="preserve">Termin wydarzenia: </w:t>
      </w:r>
      <w:r w:rsidR="003B2EA0">
        <w:rPr>
          <w:rFonts w:asciiTheme="majorHAnsi" w:hAnsiTheme="majorHAnsi" w:cstheme="majorHAnsi"/>
        </w:rPr>
        <w:t>6 września</w:t>
      </w:r>
      <w:r w:rsidRPr="00163208">
        <w:rPr>
          <w:rFonts w:asciiTheme="majorHAnsi" w:hAnsiTheme="majorHAnsi" w:cstheme="majorHAnsi"/>
        </w:rPr>
        <w:t xml:space="preserve"> 202</w:t>
      </w:r>
      <w:r w:rsidR="003B2EA0">
        <w:rPr>
          <w:rFonts w:asciiTheme="majorHAnsi" w:hAnsiTheme="majorHAnsi" w:cstheme="majorHAnsi"/>
        </w:rPr>
        <w:t>6</w:t>
      </w:r>
      <w:r w:rsidRPr="00163208">
        <w:rPr>
          <w:rFonts w:asciiTheme="majorHAnsi" w:hAnsiTheme="majorHAnsi" w:cstheme="majorHAnsi"/>
        </w:rPr>
        <w:t xml:space="preserve"> r.</w:t>
      </w:r>
    </w:p>
    <w:p w14:paraId="7AFAB4E0" w14:textId="14C9465B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 xml:space="preserve">Miejsce: </w:t>
      </w:r>
      <w:r w:rsidR="00163208">
        <w:rPr>
          <w:rFonts w:asciiTheme="majorHAnsi" w:hAnsiTheme="majorHAnsi" w:cstheme="majorHAnsi"/>
        </w:rPr>
        <w:t>Błonia przed Urzędem Gminy Prażmów</w:t>
      </w:r>
    </w:p>
    <w:p w14:paraId="7EF9EAC9" w14:textId="6B814E88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 xml:space="preserve">Termin nadsyłania zgłoszeń: do </w:t>
      </w:r>
      <w:r w:rsidR="003B2EA0">
        <w:rPr>
          <w:rFonts w:asciiTheme="majorHAnsi" w:hAnsiTheme="majorHAnsi" w:cstheme="majorHAnsi"/>
        </w:rPr>
        <w:t>14</w:t>
      </w:r>
      <w:r w:rsidRPr="00163208">
        <w:rPr>
          <w:rFonts w:asciiTheme="majorHAnsi" w:hAnsiTheme="majorHAnsi" w:cstheme="majorHAnsi"/>
        </w:rPr>
        <w:t xml:space="preserve"> sierpnia 202</w:t>
      </w:r>
      <w:r w:rsidR="003B2EA0">
        <w:rPr>
          <w:rFonts w:asciiTheme="majorHAnsi" w:hAnsiTheme="majorHAnsi" w:cstheme="majorHAnsi"/>
        </w:rPr>
        <w:t>6</w:t>
      </w:r>
      <w:r w:rsidRPr="00163208">
        <w:rPr>
          <w:rFonts w:asciiTheme="majorHAnsi" w:hAnsiTheme="majorHAnsi" w:cstheme="majorHAnsi"/>
        </w:rPr>
        <w:t xml:space="preserve"> r.</w:t>
      </w:r>
    </w:p>
    <w:p w14:paraId="2837F1C5" w14:textId="77777777" w:rsidR="00070077" w:rsidRDefault="00000000">
      <w:pPr>
        <w:pStyle w:val="Nagwek1"/>
        <w:rPr>
          <w:rFonts w:cstheme="majorHAnsi"/>
        </w:rPr>
      </w:pPr>
      <w:r w:rsidRPr="00163208">
        <w:rPr>
          <w:rFonts w:cstheme="majorHAnsi"/>
        </w:rPr>
        <w:t>DANE WYSTAWCY</w:t>
      </w:r>
    </w:p>
    <w:p w14:paraId="6FEF611A" w14:textId="77777777" w:rsidR="003B2EA0" w:rsidRPr="003B2EA0" w:rsidRDefault="003B2EA0" w:rsidP="003B2EA0"/>
    <w:p w14:paraId="0542D40F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1. Nazwa wystawcy / organizacji / firmy / osoby prywatnej:</w:t>
      </w:r>
      <w:r w:rsidRPr="00163208">
        <w:rPr>
          <w:rFonts w:asciiTheme="majorHAnsi" w:hAnsiTheme="majorHAnsi" w:cstheme="majorHAnsi"/>
        </w:rPr>
        <w:br/>
      </w:r>
    </w:p>
    <w:p w14:paraId="6FCDED7B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2. Imię i nazwisko osoby do kontaktu:</w:t>
      </w:r>
      <w:r w:rsidRPr="00163208">
        <w:rPr>
          <w:rFonts w:asciiTheme="majorHAnsi" w:hAnsiTheme="majorHAnsi" w:cstheme="majorHAnsi"/>
        </w:rPr>
        <w:br/>
      </w:r>
    </w:p>
    <w:p w14:paraId="4A1C8410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3. Adres korespondencyjny:</w:t>
      </w:r>
      <w:r w:rsidRPr="00163208">
        <w:rPr>
          <w:rFonts w:asciiTheme="majorHAnsi" w:hAnsiTheme="majorHAnsi" w:cstheme="majorHAnsi"/>
        </w:rPr>
        <w:br/>
      </w:r>
    </w:p>
    <w:p w14:paraId="430347BC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4. Telefon kontaktowy:</w:t>
      </w:r>
      <w:r w:rsidRPr="00163208">
        <w:rPr>
          <w:rFonts w:asciiTheme="majorHAnsi" w:hAnsiTheme="majorHAnsi" w:cstheme="majorHAnsi"/>
        </w:rPr>
        <w:br/>
      </w:r>
    </w:p>
    <w:p w14:paraId="38C9D497" w14:textId="77777777" w:rsidR="0091606C" w:rsidRDefault="00000000" w:rsidP="0091606C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5. Adres e-mail:</w:t>
      </w:r>
    </w:p>
    <w:p w14:paraId="7D817716" w14:textId="77777777" w:rsidR="0091606C" w:rsidRDefault="0091606C" w:rsidP="0091606C">
      <w:pPr>
        <w:pStyle w:val="Listapunktowana"/>
        <w:numPr>
          <w:ilvl w:val="0"/>
          <w:numId w:val="0"/>
        </w:numPr>
        <w:ind w:left="360"/>
        <w:rPr>
          <w:rFonts w:asciiTheme="majorHAnsi" w:hAnsiTheme="majorHAnsi" w:cstheme="majorHAnsi"/>
        </w:rPr>
      </w:pPr>
    </w:p>
    <w:p w14:paraId="05D53AB6" w14:textId="31ED73D5" w:rsidR="00070077" w:rsidRPr="0091606C" w:rsidRDefault="00000000" w:rsidP="0091606C">
      <w:pPr>
        <w:pStyle w:val="Listapunktowana"/>
        <w:rPr>
          <w:rFonts w:asciiTheme="majorHAnsi" w:hAnsiTheme="majorHAnsi" w:cstheme="majorHAnsi"/>
        </w:rPr>
      </w:pPr>
      <w:r w:rsidRPr="0091606C">
        <w:rPr>
          <w:rFonts w:asciiTheme="majorHAnsi" w:hAnsiTheme="majorHAnsi" w:cstheme="majorHAnsi"/>
        </w:rPr>
        <w:t>Godzina planowanego przyjazdu i montażu stoiska:</w:t>
      </w:r>
      <w:r w:rsidRPr="0091606C">
        <w:rPr>
          <w:rFonts w:asciiTheme="majorHAnsi" w:hAnsiTheme="majorHAnsi" w:cstheme="majorHAnsi"/>
        </w:rPr>
        <w:br/>
      </w:r>
    </w:p>
    <w:p w14:paraId="2C74480F" w14:textId="264697E6" w:rsidR="00070077" w:rsidRPr="00163208" w:rsidRDefault="00000000" w:rsidP="003B2EA0">
      <w:pPr>
        <w:pStyle w:val="Nagwek1"/>
        <w:rPr>
          <w:rFonts w:cstheme="majorHAnsi"/>
        </w:rPr>
      </w:pPr>
      <w:r w:rsidRPr="00163208">
        <w:rPr>
          <w:rFonts w:cstheme="majorHAnsi"/>
        </w:rPr>
        <w:t>STREFA WYSTAWCY (proszę zaznaczyć właściwą)</w:t>
      </w:r>
    </w:p>
    <w:p w14:paraId="03FD2AE4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Koła Gospodyń Wiejskich</w:t>
      </w:r>
    </w:p>
    <w:p w14:paraId="22630C3A" w14:textId="0DAC7640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Strefa </w:t>
      </w:r>
      <w:r w:rsidR="00684CE1">
        <w:rPr>
          <w:rFonts w:asciiTheme="majorHAnsi" w:hAnsiTheme="majorHAnsi" w:cstheme="majorHAnsi"/>
        </w:rPr>
        <w:t>instytucji</w:t>
      </w:r>
    </w:p>
    <w:p w14:paraId="4CD8C4AB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Strefa rękodzieła i rzemiosła</w:t>
      </w:r>
    </w:p>
    <w:p w14:paraId="32FDA56B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Inna: ___________________________________</w:t>
      </w:r>
    </w:p>
    <w:p w14:paraId="47BFD6C8" w14:textId="77777777" w:rsidR="00070077" w:rsidRPr="00163208" w:rsidRDefault="00000000">
      <w:pPr>
        <w:pStyle w:val="Nagwek1"/>
        <w:rPr>
          <w:rFonts w:cstheme="majorHAnsi"/>
        </w:rPr>
      </w:pPr>
      <w:r w:rsidRPr="00163208">
        <w:rPr>
          <w:rFonts w:cstheme="majorHAnsi"/>
        </w:rPr>
        <w:t>OPIS STOISKA</w:t>
      </w:r>
    </w:p>
    <w:p w14:paraId="259F997D" w14:textId="77777777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8. Co będą Państwo wystawiać / sprzedawać / prezentować?</w:t>
      </w:r>
      <w:r w:rsidRPr="00163208">
        <w:rPr>
          <w:rFonts w:asciiTheme="majorHAnsi" w:hAnsiTheme="majorHAnsi" w:cstheme="majorHAnsi"/>
        </w:rPr>
        <w:br/>
      </w:r>
    </w:p>
    <w:p w14:paraId="76D01A49" w14:textId="77777777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lastRenderedPageBreak/>
        <w:t>9. Czy planowana jest sprzedaż towarów lub usług podczas wydarzenia?</w:t>
      </w:r>
      <w:r w:rsidRPr="00163208">
        <w:rPr>
          <w:rFonts w:asciiTheme="majorHAnsi" w:hAnsiTheme="majorHAnsi" w:cstheme="majorHAnsi"/>
        </w:rPr>
        <w:br/>
      </w:r>
    </w:p>
    <w:p w14:paraId="288D6678" w14:textId="77777777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Tak    </w:t>
      </w: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Nie</w:t>
      </w:r>
      <w:r w:rsidRPr="00163208">
        <w:rPr>
          <w:rFonts w:asciiTheme="majorHAnsi" w:hAnsiTheme="majorHAnsi" w:cstheme="majorHAnsi"/>
        </w:rPr>
        <w:br/>
      </w:r>
    </w:p>
    <w:p w14:paraId="53A0DE7D" w14:textId="77777777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Jeśli tak – jakiego rodzaju? ___________________________________</w:t>
      </w:r>
      <w:r w:rsidRPr="00163208">
        <w:rPr>
          <w:rFonts w:asciiTheme="majorHAnsi" w:hAnsiTheme="majorHAnsi" w:cstheme="majorHAnsi"/>
        </w:rPr>
        <w:br/>
      </w:r>
    </w:p>
    <w:p w14:paraId="5D843388" w14:textId="77777777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10. Liczba osób obsługujących stoisko:</w:t>
      </w:r>
      <w:r w:rsidRPr="00163208">
        <w:rPr>
          <w:rFonts w:asciiTheme="majorHAnsi" w:hAnsiTheme="majorHAnsi" w:cstheme="majorHAnsi"/>
        </w:rPr>
        <w:br/>
      </w:r>
    </w:p>
    <w:p w14:paraId="33B9C53E" w14:textId="77777777" w:rsidR="00070077" w:rsidRPr="00163208" w:rsidRDefault="00000000">
      <w:pPr>
        <w:pStyle w:val="Nagwek1"/>
        <w:rPr>
          <w:rFonts w:cstheme="majorHAnsi"/>
        </w:rPr>
      </w:pPr>
      <w:r w:rsidRPr="00163208">
        <w:rPr>
          <w:rFonts w:cstheme="majorHAnsi"/>
        </w:rPr>
        <w:t>KWESTIE TECHNICZNE I LOGISTYCZNE</w:t>
      </w:r>
    </w:p>
    <w:p w14:paraId="78D0B762" w14:textId="049179C3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11. Czy stoisko wymaga dostępu do prądu?</w:t>
      </w:r>
    </w:p>
    <w:p w14:paraId="7A181EF6" w14:textId="77777777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Tak    </w:t>
      </w: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Nie</w:t>
      </w:r>
      <w:r w:rsidRPr="00163208">
        <w:rPr>
          <w:rFonts w:asciiTheme="majorHAnsi" w:hAnsiTheme="majorHAnsi" w:cstheme="majorHAnsi"/>
        </w:rPr>
        <w:br/>
      </w:r>
    </w:p>
    <w:p w14:paraId="0A68C705" w14:textId="77777777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Jeśli tak, prosimy podać zapotrzebowanie (w watach/kW):</w:t>
      </w:r>
      <w:r w:rsidRPr="00163208">
        <w:rPr>
          <w:rFonts w:asciiTheme="majorHAnsi" w:hAnsiTheme="majorHAnsi" w:cstheme="majorHAnsi"/>
        </w:rPr>
        <w:br/>
      </w:r>
    </w:p>
    <w:p w14:paraId="70A7C3D6" w14:textId="77777777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12. Wymiary planowanego stoiska (długość x szerokość):</w:t>
      </w:r>
      <w:r w:rsidRPr="00163208">
        <w:rPr>
          <w:rFonts w:asciiTheme="majorHAnsi" w:hAnsiTheme="majorHAnsi" w:cstheme="majorHAnsi"/>
        </w:rPr>
        <w:br/>
      </w:r>
    </w:p>
    <w:p w14:paraId="6F10CB58" w14:textId="76AE313B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t>13. Czy stoisko posiada własne zadaszenie/namiot?</w:t>
      </w:r>
    </w:p>
    <w:p w14:paraId="1D5AD33F" w14:textId="13A38E29" w:rsidR="00070077" w:rsidRPr="00163208" w:rsidRDefault="00000000">
      <w:pPr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Tak    </w:t>
      </w: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Nie</w:t>
      </w:r>
    </w:p>
    <w:p w14:paraId="4066D22E" w14:textId="77777777" w:rsidR="00070077" w:rsidRPr="00163208" w:rsidRDefault="00000000">
      <w:pPr>
        <w:pStyle w:val="Nagwek1"/>
        <w:rPr>
          <w:rFonts w:cstheme="majorHAnsi"/>
        </w:rPr>
      </w:pPr>
      <w:r w:rsidRPr="00163208">
        <w:rPr>
          <w:rFonts w:cstheme="majorHAnsi"/>
        </w:rPr>
        <w:t>ZGODY I OŚWIADCZENIA</w:t>
      </w:r>
    </w:p>
    <w:p w14:paraId="439A14B0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Oświadczam, że zapoznałem/am się z regulaminem wydarzenia i zobowiązuję się do jego przestrzegania.</w:t>
      </w:r>
    </w:p>
    <w:p w14:paraId="091885F3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Wyrażam zgodę na przetwarzanie moich danych osobowych przez Gminę Prażmów w celach organizacyjnych, zgodnie z Rozporządzeniem Parlamentu Europejskiego i Rady (UE) 2016/679 (RODO).</w:t>
      </w:r>
    </w:p>
    <w:p w14:paraId="0CD75EDF" w14:textId="77777777" w:rsidR="00070077" w:rsidRPr="00163208" w:rsidRDefault="00000000">
      <w:pPr>
        <w:pStyle w:val="Listapunktowana"/>
        <w:rPr>
          <w:rFonts w:asciiTheme="majorHAnsi" w:hAnsiTheme="majorHAnsi" w:cstheme="majorHAnsi"/>
        </w:rPr>
      </w:pPr>
      <w:r w:rsidRPr="00163208">
        <w:rPr>
          <w:rFonts w:ascii="Segoe UI Symbol" w:hAnsi="Segoe UI Symbol" w:cs="Segoe UI Symbol"/>
        </w:rPr>
        <w:t>☐</w:t>
      </w:r>
      <w:r w:rsidRPr="00163208">
        <w:rPr>
          <w:rFonts w:asciiTheme="majorHAnsi" w:hAnsiTheme="majorHAnsi" w:cstheme="majorHAnsi"/>
        </w:rPr>
        <w:t xml:space="preserve"> Wyrażam zgodę na nieodpłatne utrwalenie mojego wizerunku oraz materiałów promocyjnych stoiska podczas wydarzenia i ich wykorzystanie w mediach społecznościowych oraz materiałach promocyjnych Gminy Prażmów.</w:t>
      </w:r>
    </w:p>
    <w:p w14:paraId="3D5F4F34" w14:textId="77777777" w:rsidR="00070077" w:rsidRPr="00163208" w:rsidRDefault="00000000" w:rsidP="0091606C">
      <w:pPr>
        <w:ind w:left="5040"/>
        <w:rPr>
          <w:rFonts w:asciiTheme="majorHAnsi" w:hAnsiTheme="majorHAnsi" w:cstheme="majorHAnsi"/>
        </w:rPr>
      </w:pPr>
      <w:r w:rsidRPr="00163208">
        <w:rPr>
          <w:rFonts w:asciiTheme="majorHAnsi" w:hAnsiTheme="majorHAnsi" w:cstheme="majorHAnsi"/>
        </w:rPr>
        <w:br/>
        <w:t>Data i podpis zgłaszającego:</w:t>
      </w:r>
      <w:r w:rsidRPr="00163208">
        <w:rPr>
          <w:rFonts w:asciiTheme="majorHAnsi" w:hAnsiTheme="majorHAnsi" w:cstheme="majorHAnsi"/>
        </w:rPr>
        <w:br/>
      </w:r>
      <w:r w:rsidRPr="00163208">
        <w:rPr>
          <w:rFonts w:asciiTheme="majorHAnsi" w:hAnsiTheme="majorHAnsi" w:cstheme="majorHAnsi"/>
        </w:rPr>
        <w:br/>
        <w:t>_____________________________</w:t>
      </w:r>
    </w:p>
    <w:sectPr w:rsidR="00070077" w:rsidRPr="001632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6831025">
    <w:abstractNumId w:val="8"/>
  </w:num>
  <w:num w:numId="2" w16cid:durableId="1610702355">
    <w:abstractNumId w:val="6"/>
  </w:num>
  <w:num w:numId="3" w16cid:durableId="1073233975">
    <w:abstractNumId w:val="5"/>
  </w:num>
  <w:num w:numId="4" w16cid:durableId="1885870224">
    <w:abstractNumId w:val="4"/>
  </w:num>
  <w:num w:numId="5" w16cid:durableId="1876693598">
    <w:abstractNumId w:val="7"/>
  </w:num>
  <w:num w:numId="6" w16cid:durableId="243925816">
    <w:abstractNumId w:val="3"/>
  </w:num>
  <w:num w:numId="7" w16cid:durableId="2111504778">
    <w:abstractNumId w:val="2"/>
  </w:num>
  <w:num w:numId="8" w16cid:durableId="1725249277">
    <w:abstractNumId w:val="1"/>
  </w:num>
  <w:num w:numId="9" w16cid:durableId="28666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077"/>
    <w:rsid w:val="0015074B"/>
    <w:rsid w:val="00163208"/>
    <w:rsid w:val="00224417"/>
    <w:rsid w:val="0029639D"/>
    <w:rsid w:val="00326F90"/>
    <w:rsid w:val="003B2EA0"/>
    <w:rsid w:val="004C208F"/>
    <w:rsid w:val="00527AA8"/>
    <w:rsid w:val="00545BAF"/>
    <w:rsid w:val="00684CE1"/>
    <w:rsid w:val="00707B2A"/>
    <w:rsid w:val="00791AC6"/>
    <w:rsid w:val="00913983"/>
    <w:rsid w:val="0091606C"/>
    <w:rsid w:val="009E4704"/>
    <w:rsid w:val="00AA1D8D"/>
    <w:rsid w:val="00B47730"/>
    <w:rsid w:val="00CB0664"/>
    <w:rsid w:val="00DB5FF2"/>
    <w:rsid w:val="00F568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1D197"/>
  <w14:defaultImageDpi w14:val="300"/>
  <w15:docId w15:val="{2F722D6E-52A5-4D2E-AAA2-4F9066BF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Edyta Jaskiewicz</cp:lastModifiedBy>
  <cp:revision>3</cp:revision>
  <cp:lastPrinted>2025-07-18T05:07:00Z</cp:lastPrinted>
  <dcterms:created xsi:type="dcterms:W3CDTF">2026-07-13T12:32:00Z</dcterms:created>
  <dcterms:modified xsi:type="dcterms:W3CDTF">2026-07-14T08:24:00Z</dcterms:modified>
  <cp:category/>
</cp:coreProperties>
</file>