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26DCC" w14:textId="77777777" w:rsidR="009E73EA" w:rsidRPr="00BB7DA7" w:rsidRDefault="00BB7DA7">
      <w:pPr>
        <w:spacing w:after="0"/>
        <w:jc w:val="right"/>
        <w:rPr>
          <w:lang w:val="pl-PL"/>
        </w:rPr>
      </w:pPr>
      <w:r w:rsidRPr="00BB7DA7">
        <w:rPr>
          <w:lang w:val="pl-PL"/>
        </w:rPr>
        <w:t>Załącznik nr 1</w:t>
      </w:r>
    </w:p>
    <w:p w14:paraId="3C9B0E2A" w14:textId="77777777" w:rsidR="009E73EA" w:rsidRPr="00BB7DA7" w:rsidRDefault="00BB7DA7">
      <w:pPr>
        <w:spacing w:after="0"/>
        <w:jc w:val="right"/>
        <w:rPr>
          <w:lang w:val="pl-PL"/>
        </w:rPr>
      </w:pPr>
      <w:r w:rsidRPr="00BB7DA7">
        <w:rPr>
          <w:lang w:val="pl-PL"/>
        </w:rPr>
        <w:t>do Regulaminu Gry Terenowej dla młodzieży</w:t>
      </w:r>
    </w:p>
    <w:p w14:paraId="237B400B" w14:textId="77777777" w:rsidR="009E73EA" w:rsidRPr="00BB7DA7" w:rsidRDefault="00BB7DA7">
      <w:pPr>
        <w:spacing w:after="0"/>
        <w:jc w:val="right"/>
        <w:rPr>
          <w:lang w:val="pl-PL"/>
        </w:rPr>
      </w:pPr>
      <w:r w:rsidRPr="00BB7DA7">
        <w:rPr>
          <w:lang w:val="pl-PL"/>
        </w:rPr>
        <w:t>na Pikniku Rodzinnym – Dożynki Gminy Prażmów 202</w:t>
      </w:r>
      <w:r>
        <w:rPr>
          <w:lang w:val="pl-PL"/>
        </w:rPr>
        <w:t>6</w:t>
      </w:r>
    </w:p>
    <w:p w14:paraId="4A54B738" w14:textId="77777777" w:rsidR="009E73EA" w:rsidRPr="00BB7DA7" w:rsidRDefault="00BB7DA7">
      <w:pPr>
        <w:spacing w:after="160"/>
        <w:jc w:val="center"/>
        <w:rPr>
          <w:lang w:val="pl-PL"/>
        </w:rPr>
      </w:pPr>
      <w:r w:rsidRPr="00BB7DA7">
        <w:rPr>
          <w:b/>
          <w:sz w:val="26"/>
          <w:lang w:val="pl-PL"/>
        </w:rPr>
        <w:t>FORMULARZ ZGŁOSZENIOWY GRA TERENOWA</w:t>
      </w:r>
    </w:p>
    <w:p w14:paraId="2F05B54A" w14:textId="49219975" w:rsidR="009E73EA" w:rsidRPr="00BB7DA7" w:rsidRDefault="00BB7DA7">
      <w:pPr>
        <w:spacing w:after="120"/>
        <w:rPr>
          <w:lang w:val="pl-PL"/>
        </w:rPr>
      </w:pPr>
      <w:r w:rsidRPr="00BB7DA7">
        <w:rPr>
          <w:lang w:val="pl-PL"/>
        </w:rPr>
        <w:t xml:space="preserve">Prosimy o wypełnienie niniejszego formularza zgłoszeniowego i dostarczenie go do dnia </w:t>
      </w:r>
      <w:r>
        <w:rPr>
          <w:lang w:val="pl-PL"/>
        </w:rPr>
        <w:t>4 września</w:t>
      </w:r>
      <w:r w:rsidRPr="00BB7DA7">
        <w:rPr>
          <w:lang w:val="pl-PL"/>
        </w:rPr>
        <w:t xml:space="preserve"> 202</w:t>
      </w:r>
      <w:r>
        <w:rPr>
          <w:lang w:val="pl-PL"/>
        </w:rPr>
        <w:t>6</w:t>
      </w:r>
      <w:r w:rsidRPr="00BB7DA7">
        <w:rPr>
          <w:lang w:val="pl-PL"/>
        </w:rPr>
        <w:t xml:space="preserve"> r</w:t>
      </w:r>
      <w:r w:rsidR="00605CBD">
        <w:rPr>
          <w:lang w:val="pl-PL"/>
        </w:rPr>
        <w:t>.</w:t>
      </w:r>
      <w:r w:rsidRPr="00BB7DA7">
        <w:rPr>
          <w:lang w:val="pl-PL"/>
        </w:rPr>
        <w:t xml:space="preserve"> pocztą elektroniczną </w:t>
      </w:r>
      <w:r>
        <w:rPr>
          <w:lang w:val="pl-PL"/>
        </w:rPr>
        <w:t>mlodziezowarada</w:t>
      </w:r>
      <w:r w:rsidRPr="00BB7DA7">
        <w:rPr>
          <w:lang w:val="pl-PL"/>
        </w:rPr>
        <w:t>@prazmow.pl</w:t>
      </w:r>
      <w:r w:rsidR="00605CBD">
        <w:rPr>
          <w:lang w:val="pl-PL"/>
        </w:rPr>
        <w:t>.</w:t>
      </w:r>
    </w:p>
    <w:p w14:paraId="0908987A" w14:textId="77777777" w:rsidR="009E73EA" w:rsidRPr="00BB7DA7" w:rsidRDefault="00BB7DA7">
      <w:pPr>
        <w:spacing w:after="60"/>
        <w:rPr>
          <w:lang w:val="pl-PL"/>
        </w:rPr>
      </w:pPr>
      <w:r w:rsidRPr="00BB7DA7">
        <w:rPr>
          <w:lang w:val="pl-PL"/>
        </w:rPr>
        <w:t>Poniższe informacje proszę wypełnić drukowanymi literami:</w:t>
      </w:r>
    </w:p>
    <w:p w14:paraId="29CE2377" w14:textId="77777777" w:rsidR="009E73EA" w:rsidRPr="00BB7DA7" w:rsidRDefault="00BB7DA7">
      <w:pPr>
        <w:spacing w:after="0"/>
        <w:rPr>
          <w:lang w:val="pl-PL"/>
        </w:rPr>
      </w:pPr>
      <w:r w:rsidRPr="00BB7DA7">
        <w:rPr>
          <w:lang w:val="pl-PL"/>
        </w:rPr>
        <w:t>Imię i nazwisko osoby zgłaszającej …………………………………………………………………………………………</w:t>
      </w:r>
    </w:p>
    <w:p w14:paraId="643346F9" w14:textId="77777777" w:rsidR="009E73EA" w:rsidRPr="00BB7DA7" w:rsidRDefault="00BB7DA7">
      <w:pPr>
        <w:spacing w:after="0"/>
        <w:rPr>
          <w:lang w:val="pl-PL"/>
        </w:rPr>
      </w:pPr>
      <w:r w:rsidRPr="00BB7DA7">
        <w:rPr>
          <w:lang w:val="pl-PL"/>
        </w:rPr>
        <w:t>Telefon kontaktowy ……………………………………………………………………………………………………………….</w:t>
      </w:r>
    </w:p>
    <w:p w14:paraId="1E36A7E2" w14:textId="77777777" w:rsidR="009E73EA" w:rsidRPr="00BB7DA7" w:rsidRDefault="00BB7DA7">
      <w:pPr>
        <w:spacing w:after="0"/>
        <w:rPr>
          <w:lang w:val="pl-PL"/>
        </w:rPr>
      </w:pPr>
      <w:r w:rsidRPr="00BB7DA7">
        <w:rPr>
          <w:lang w:val="pl-PL"/>
        </w:rPr>
        <w:t>Adres e-mail ………………………………………………………………………………………………………………………….</w:t>
      </w:r>
    </w:p>
    <w:p w14:paraId="31D35262" w14:textId="77777777" w:rsidR="009E73EA" w:rsidRPr="00BB7DA7" w:rsidRDefault="00BB7DA7">
      <w:pPr>
        <w:spacing w:after="0"/>
        <w:rPr>
          <w:lang w:val="pl-PL"/>
        </w:rPr>
      </w:pPr>
      <w:r w:rsidRPr="00BB7DA7">
        <w:rPr>
          <w:lang w:val="pl-PL"/>
        </w:rPr>
        <w:t>Wiek………………………………………………………………………………………………………………………………………</w:t>
      </w:r>
    </w:p>
    <w:p w14:paraId="130C45CF" w14:textId="77777777" w:rsidR="009E73EA" w:rsidRPr="00BB7DA7" w:rsidRDefault="00BB7DA7">
      <w:pPr>
        <w:spacing w:after="0"/>
        <w:rPr>
          <w:lang w:val="pl-PL"/>
        </w:rPr>
      </w:pPr>
      <w:r w:rsidRPr="00BB7DA7">
        <w:rPr>
          <w:lang w:val="pl-PL"/>
        </w:rPr>
        <w:t>Imiona osób biorących udział w grze: …………………………………………………………………..</w:t>
      </w:r>
    </w:p>
    <w:p w14:paraId="58DEBF42" w14:textId="77777777" w:rsidR="009E73EA" w:rsidRPr="00BB7DA7" w:rsidRDefault="00BB7DA7">
      <w:pPr>
        <w:spacing w:after="0"/>
        <w:rPr>
          <w:lang w:val="pl-PL"/>
        </w:rPr>
      </w:pPr>
      <w:r w:rsidRPr="00BB7DA7">
        <w:rPr>
          <w:lang w:val="pl-PL"/>
        </w:rPr>
        <w:t>…………………………………………………………………..</w:t>
      </w:r>
    </w:p>
    <w:p w14:paraId="745C357E" w14:textId="77777777" w:rsidR="009E73EA" w:rsidRPr="00BB7DA7" w:rsidRDefault="00BB7DA7">
      <w:pPr>
        <w:spacing w:after="0"/>
        <w:rPr>
          <w:lang w:val="pl-PL"/>
        </w:rPr>
      </w:pPr>
      <w:r w:rsidRPr="00BB7DA7">
        <w:rPr>
          <w:lang w:val="pl-PL"/>
        </w:rPr>
        <w:t>..…………………………………………………………………</w:t>
      </w:r>
    </w:p>
    <w:p w14:paraId="107D1FE8" w14:textId="77777777" w:rsidR="009E73EA" w:rsidRPr="00BB7DA7" w:rsidRDefault="00BB7DA7">
      <w:pPr>
        <w:spacing w:after="0"/>
        <w:rPr>
          <w:lang w:val="pl-PL"/>
        </w:rPr>
      </w:pPr>
      <w:r w:rsidRPr="00BB7DA7">
        <w:rPr>
          <w:lang w:val="pl-PL"/>
        </w:rPr>
        <w:t>…………………………………………………………………..</w:t>
      </w:r>
    </w:p>
    <w:p w14:paraId="2B3DC7F2" w14:textId="77777777" w:rsidR="009E73EA" w:rsidRPr="00BB7DA7" w:rsidRDefault="00BB7DA7">
      <w:pPr>
        <w:spacing w:after="0"/>
        <w:rPr>
          <w:lang w:val="pl-PL"/>
        </w:rPr>
      </w:pPr>
      <w:r w:rsidRPr="00BB7DA7">
        <w:rPr>
          <w:lang w:val="pl-PL"/>
        </w:rPr>
        <w:t>…………..……………………………………………………..</w:t>
      </w:r>
    </w:p>
    <w:p w14:paraId="7C2C5F62" w14:textId="5A7495C2" w:rsidR="009E73EA" w:rsidRDefault="00BB7DA7">
      <w:pPr>
        <w:spacing w:after="160"/>
        <w:jc w:val="right"/>
        <w:rPr>
          <w:lang w:val="pl-PL"/>
        </w:rPr>
      </w:pPr>
      <w:r w:rsidRPr="00BB7DA7">
        <w:rPr>
          <w:lang w:val="pl-PL"/>
        </w:rPr>
        <w:t>Data i czytelny podpis</w:t>
      </w:r>
    </w:p>
    <w:p w14:paraId="45A22A9D" w14:textId="79499B87" w:rsidR="00F923E5" w:rsidRDefault="00F923E5">
      <w:pPr>
        <w:spacing w:after="160"/>
        <w:jc w:val="right"/>
        <w:rPr>
          <w:lang w:val="pl-PL"/>
        </w:rPr>
      </w:pPr>
    </w:p>
    <w:p w14:paraId="17E089B9" w14:textId="77777777" w:rsidR="00F923E5" w:rsidRPr="00BB7DA7" w:rsidRDefault="00F923E5">
      <w:pPr>
        <w:spacing w:after="160"/>
        <w:jc w:val="right"/>
        <w:rPr>
          <w:lang w:val="pl-PL"/>
        </w:rPr>
      </w:pPr>
      <w:bookmarkStart w:id="0" w:name="_GoBack"/>
      <w:bookmarkEnd w:id="0"/>
    </w:p>
    <w:p w14:paraId="4D5435F3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Uczestnicy gry terenowej przyjmują do wiadomości, że zgłoszenie się do gry jest równoznaczne z wyrażeniem zgody na przetwarzanie danych osobowych zgodnie z art. 6 ust. 1 lit. a rozporządzenia Parlamentu Europejskiego i Rady (UE) 2016/679 z dnia 27 kwietnia 2016 r. w sprawie ochrony osób fizycznych w związku z przetwarzaniem danych oraz w sprawie swobodnego przepływu takich danych oraz uchylenia dyrektywy 95/46/WE w celu organizacji, przeprowadzenia i promocji gry terenowej na Pikniku Rodzinnym – Dożynki Gminy Prażmów 202</w:t>
      </w:r>
      <w:r>
        <w:rPr>
          <w:lang w:val="pl-PL"/>
        </w:rPr>
        <w:t>6</w:t>
      </w:r>
      <w:r w:rsidRPr="00BB7DA7">
        <w:rPr>
          <w:lang w:val="pl-PL"/>
        </w:rPr>
        <w:t>.</w:t>
      </w:r>
    </w:p>
    <w:p w14:paraId="32A69527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Zgodnie z art. 13 ust. 1 i ust. 2 ogólnego rozporządzenia o ochronie danych osobowych z dnia 27 kwietnia 2016 r. informuję, iż:</w:t>
      </w:r>
    </w:p>
    <w:p w14:paraId="3BB4C5E5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Gmina Prażmów informuje, że w związku z udziałem w Grze Terenowej dla Młodzieży na Pikniku Rodzinnym – Dożynki Gminy Prażmów 202</w:t>
      </w:r>
      <w:r>
        <w:rPr>
          <w:lang w:val="pl-PL"/>
        </w:rPr>
        <w:t>6</w:t>
      </w:r>
      <w:r w:rsidRPr="00BB7DA7">
        <w:rPr>
          <w:lang w:val="pl-PL"/>
        </w:rPr>
        <w:t>:</w:t>
      </w:r>
    </w:p>
    <w:p w14:paraId="2118BC08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1. Administratorem danych osobowych uczestnika Konkursu jest Gmina Prażmów.</w:t>
      </w:r>
    </w:p>
    <w:p w14:paraId="4CF25094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2. Dane osobowe uczestnika konkursu będą przetwarzane w celu organizacji, promocji i przeprowadzenia gry terenowej, publikacji informacji o grze trenowej na stronach internetowych i profilach w portalach społecznościowych (Facebook, Instagram) Administratora, a także w celach archiwizacyjnych i rozliczalności wymaganej przepisami RODO.</w:t>
      </w:r>
    </w:p>
    <w:p w14:paraId="070A1729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3. Administrator przetwarza wskazane dane osobowe na podstawie wyrażonej zgody przez uczestnika, która umożliwia uczestnikom Konkursu wzięcia w nim udziału, umożliwienie przeprowadzenia gry terenowej, opublikowanie informacji o wydarzeniu, archiwizację dokumentów.</w:t>
      </w:r>
    </w:p>
    <w:p w14:paraId="292727C2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4. Dane osobowe są przetwarzane na podstawie wyrażonej zgody, zgodnie z art. 6 ust. 1 lit. a RODO.</w:t>
      </w:r>
    </w:p>
    <w:p w14:paraId="5E2D093A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5. Podanie danych osobowych przez uczestnika konkursu jest dobrowolne ale niezbędne dla udziału w grze.</w:t>
      </w:r>
    </w:p>
    <w:p w14:paraId="00C7E86A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lastRenderedPageBreak/>
        <w:t>6. Dane osobowe uczestnika będą przechowywane przez okres niezbędny do realizacji gry, jego promocji i podsumowania na stronach internetowych i mediach społecznościowych Administratora oraz przez okres wynikający z przepisów prawa.</w:t>
      </w:r>
    </w:p>
    <w:p w14:paraId="102BE508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7. Dane osobowe uczestników nie będą przekazywane do państwa trzeciego/organizacji międzynarodowej.</w:t>
      </w:r>
    </w:p>
    <w:p w14:paraId="7EFE120F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8. Uczestnik posiada prawo dostępu do treści swoich danych, danych swojego dziecka oraz prawo ich sprostowania, usunięcia, ograniczenia przetwarzania, prawo do przenoszenia danych, prawo do cofnięcia zgody w dowolnym momencie bez wpływu na zgodność z prawem przetwarzania (jeżeli podstawa przetwarzania jest zgodna), którego dokonano na podstawie zgody przed jej cofnięciem.</w:t>
      </w:r>
    </w:p>
    <w:p w14:paraId="7407D0F4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9. Dane osobowe uczestnika nie będą przetwarzane w sposób zautomatyzowany, w tym również w formie profilowania.</w:t>
      </w:r>
    </w:p>
    <w:p w14:paraId="6AE820D7" w14:textId="77777777" w:rsidR="009E73EA" w:rsidRPr="00BB7DA7" w:rsidRDefault="00BB7DA7">
      <w:pPr>
        <w:spacing w:after="40"/>
        <w:rPr>
          <w:lang w:val="pl-PL"/>
        </w:rPr>
      </w:pPr>
      <w:r w:rsidRPr="00BB7DA7">
        <w:rPr>
          <w:lang w:val="pl-PL"/>
        </w:rPr>
        <w:t>10. Uczestnik, jeśli uzna, że przetwarzając dane osobowe naruszono przepisy RODO, ma prawo wniesienia skargi do Prezesa Urzędu Ochrony Danych Osobowych.</w:t>
      </w:r>
    </w:p>
    <w:p w14:paraId="6640D037" w14:textId="77777777" w:rsidR="009E73EA" w:rsidRDefault="00BB7DA7">
      <w:pPr>
        <w:spacing w:after="0"/>
      </w:pPr>
      <w:r>
        <w:t>…………..……………………………………………………..</w:t>
      </w:r>
    </w:p>
    <w:p w14:paraId="5F80AE69" w14:textId="77777777" w:rsidR="009E73EA" w:rsidRDefault="00BB7DA7">
      <w:pPr>
        <w:spacing w:after="0"/>
        <w:jc w:val="right"/>
      </w:pPr>
      <w:r>
        <w:t>Data i czytelny podpis</w:t>
      </w:r>
    </w:p>
    <w:sectPr w:rsidR="009E73EA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05CBD"/>
    <w:rsid w:val="009E73EA"/>
    <w:rsid w:val="00AA1D8D"/>
    <w:rsid w:val="00B47730"/>
    <w:rsid w:val="00BB7DA7"/>
    <w:rsid w:val="00CB0664"/>
    <w:rsid w:val="00F923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E248D"/>
  <w14:defaultImageDpi w14:val="300"/>
  <w15:docId w15:val="{D073FB56-DA8B-4620-A81F-92355F6E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AB6B34-D63E-4CBA-A706-8AF22ED4A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3002</Characters>
  <Application>Microsoft Office Word</Application>
  <DocSecurity>0</DocSecurity>
  <Lines>25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Oliwia Kwiatkowska</cp:lastModifiedBy>
  <cp:revision>4</cp:revision>
  <dcterms:created xsi:type="dcterms:W3CDTF">2026-08-21T09:05:00Z</dcterms:created>
  <dcterms:modified xsi:type="dcterms:W3CDTF">2026-08-25T12:29:00Z</dcterms:modified>
  <cp:category/>
</cp:coreProperties>
</file>