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9303EC" w14:textId="77777777" w:rsidR="00721458" w:rsidRPr="009E0E6E" w:rsidRDefault="009E0E6E">
      <w:pPr>
        <w:spacing w:after="0"/>
        <w:jc w:val="right"/>
        <w:rPr>
          <w:lang w:val="pl-PL"/>
        </w:rPr>
      </w:pPr>
      <w:r w:rsidRPr="009E0E6E">
        <w:rPr>
          <w:lang w:val="pl-PL"/>
        </w:rPr>
        <w:t>Załącznik nr 2.</w:t>
      </w:r>
    </w:p>
    <w:p w14:paraId="320A4D73" w14:textId="77777777" w:rsidR="00721458" w:rsidRPr="009E0E6E" w:rsidRDefault="009E0E6E">
      <w:pPr>
        <w:spacing w:after="0"/>
        <w:jc w:val="right"/>
        <w:rPr>
          <w:lang w:val="pl-PL"/>
        </w:rPr>
      </w:pPr>
      <w:r w:rsidRPr="009E0E6E">
        <w:rPr>
          <w:lang w:val="pl-PL"/>
        </w:rPr>
        <w:t>do Regulaminu Gry Terenowej dla młodzieży</w:t>
      </w:r>
    </w:p>
    <w:p w14:paraId="504A1103" w14:textId="77777777" w:rsidR="00721458" w:rsidRPr="009E0E6E" w:rsidRDefault="009E0E6E">
      <w:pPr>
        <w:spacing w:after="0"/>
        <w:jc w:val="right"/>
        <w:rPr>
          <w:lang w:val="pl-PL"/>
        </w:rPr>
      </w:pPr>
      <w:r w:rsidRPr="009E0E6E">
        <w:rPr>
          <w:lang w:val="pl-PL"/>
        </w:rPr>
        <w:t>na Pikniku Rodzinnym – Dożynki Gminy Prażmów 202</w:t>
      </w:r>
      <w:r>
        <w:rPr>
          <w:lang w:val="pl-PL"/>
        </w:rPr>
        <w:t>6</w:t>
      </w:r>
    </w:p>
    <w:p w14:paraId="447B90EF" w14:textId="77777777" w:rsidR="00721458" w:rsidRPr="009E0E6E" w:rsidRDefault="009E0E6E">
      <w:pPr>
        <w:spacing w:after="300"/>
        <w:jc w:val="center"/>
        <w:rPr>
          <w:lang w:val="pl-PL"/>
        </w:rPr>
      </w:pPr>
      <w:r w:rsidRPr="009E0E6E">
        <w:rPr>
          <w:b/>
          <w:sz w:val="24"/>
          <w:lang w:val="pl-PL"/>
        </w:rPr>
        <w:t>Zgoda rodzica/opiekuna prawnego na udział dziecka w grze terenowej dla młodzieży.</w:t>
      </w:r>
    </w:p>
    <w:p w14:paraId="5373E96E" w14:textId="77777777" w:rsidR="00721458" w:rsidRPr="009E0E6E" w:rsidRDefault="009E0E6E">
      <w:pPr>
        <w:rPr>
          <w:lang w:val="pl-PL"/>
        </w:rPr>
      </w:pPr>
      <w:r w:rsidRPr="009E0E6E">
        <w:rPr>
          <w:lang w:val="pl-PL"/>
        </w:rPr>
        <w:t>Ja niżej podpisana/</w:t>
      </w:r>
      <w:proofErr w:type="spellStart"/>
      <w:r w:rsidRPr="009E0E6E">
        <w:rPr>
          <w:lang w:val="pl-PL"/>
        </w:rPr>
        <w:t>ny</w:t>
      </w:r>
      <w:proofErr w:type="spellEnd"/>
      <w:r w:rsidRPr="009E0E6E">
        <w:rPr>
          <w:lang w:val="pl-PL"/>
        </w:rPr>
        <w:t xml:space="preserve"> ……………………………………………………………………………………….</w:t>
      </w:r>
    </w:p>
    <w:p w14:paraId="20CEFB2D" w14:textId="77777777" w:rsidR="00721458" w:rsidRPr="009E0E6E" w:rsidRDefault="009E0E6E">
      <w:pPr>
        <w:spacing w:after="0"/>
        <w:rPr>
          <w:lang w:val="pl-PL"/>
        </w:rPr>
      </w:pPr>
      <w:r w:rsidRPr="009E0E6E">
        <w:rPr>
          <w:lang w:val="pl-PL"/>
        </w:rPr>
        <w:t xml:space="preserve">Wyrażam </w:t>
      </w:r>
      <w:r w:rsidRPr="009E0E6E">
        <w:rPr>
          <w:lang w:val="pl-PL"/>
        </w:rPr>
        <w:t>zgodę na udział mojego</w:t>
      </w:r>
    </w:p>
    <w:p w14:paraId="3F86BB80" w14:textId="77777777" w:rsidR="00721458" w:rsidRPr="009E0E6E" w:rsidRDefault="009E0E6E">
      <w:pPr>
        <w:spacing w:after="0"/>
        <w:rPr>
          <w:lang w:val="pl-PL"/>
        </w:rPr>
      </w:pPr>
      <w:r w:rsidRPr="009E0E6E">
        <w:rPr>
          <w:lang w:val="pl-PL"/>
        </w:rPr>
        <w:t>dziecka…………………………………………………………………………… w grze terenowej w ramach</w:t>
      </w:r>
    </w:p>
    <w:p w14:paraId="2ED3E249" w14:textId="77777777" w:rsidR="00721458" w:rsidRPr="009E0E6E" w:rsidRDefault="009E0E6E">
      <w:pPr>
        <w:spacing w:after="0"/>
        <w:rPr>
          <w:lang w:val="pl-PL"/>
        </w:rPr>
      </w:pPr>
      <w:r w:rsidRPr="009E0E6E">
        <w:rPr>
          <w:lang w:val="pl-PL"/>
        </w:rPr>
        <w:t>obchodów Pikniku Rodzinnego – Dożynki Gminy Prażmów 202</w:t>
      </w:r>
      <w:r>
        <w:rPr>
          <w:lang w:val="pl-PL"/>
        </w:rPr>
        <w:t>6</w:t>
      </w:r>
      <w:r w:rsidRPr="009E0E6E">
        <w:rPr>
          <w:lang w:val="pl-PL"/>
        </w:rPr>
        <w:t>. Jednocześnie informuję, że</w:t>
      </w:r>
    </w:p>
    <w:p w14:paraId="119CDA9F" w14:textId="77777777" w:rsidR="00721458" w:rsidRPr="009E0E6E" w:rsidRDefault="009E0E6E">
      <w:pPr>
        <w:spacing w:after="500"/>
        <w:rPr>
          <w:lang w:val="pl-PL"/>
        </w:rPr>
      </w:pPr>
      <w:r w:rsidRPr="009E0E6E">
        <w:rPr>
          <w:lang w:val="pl-PL"/>
        </w:rPr>
        <w:t>zapoznałam/em się z Regulaminem gry terenowej.</w:t>
      </w:r>
    </w:p>
    <w:p w14:paraId="497BBFE8" w14:textId="77777777" w:rsidR="00721458" w:rsidRDefault="009E0E6E">
      <w:pPr>
        <w:spacing w:after="0"/>
        <w:jc w:val="center"/>
      </w:pPr>
      <w:r>
        <w:t>…………………………………………………………………………</w:t>
      </w:r>
    </w:p>
    <w:p w14:paraId="2B7DFF53" w14:textId="77777777" w:rsidR="00721458" w:rsidRDefault="009E0E6E">
      <w:pPr>
        <w:spacing w:after="0"/>
        <w:jc w:val="center"/>
      </w:pPr>
      <w:r>
        <w:t>Data i cz</w:t>
      </w:r>
      <w:r>
        <w:t>ytelny podpis</w:t>
      </w:r>
      <w:bookmarkStart w:id="0" w:name="_GoBack"/>
      <w:bookmarkEnd w:id="0"/>
    </w:p>
    <w:sectPr w:rsidR="00721458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721458"/>
    <w:rsid w:val="009E0E6E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E8F457"/>
  <w14:defaultImageDpi w14:val="300"/>
  <w15:docId w15:val="{DDEE7981-1544-4928-BB26-54179DFD9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C693F"/>
    <w:rPr>
      <w:rFonts w:ascii="Arial" w:hAnsi="Arial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E9B0195-ADA6-49C6-8B0F-FA691B3BD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450</Characters>
  <Application>Microsoft Office Word</Application>
  <DocSecurity>0</DocSecurity>
  <Lines>3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Oliwia Kwiatkowska</cp:lastModifiedBy>
  <cp:revision>2</cp:revision>
  <dcterms:created xsi:type="dcterms:W3CDTF">2026-08-21T09:06:00Z</dcterms:created>
  <dcterms:modified xsi:type="dcterms:W3CDTF">2026-08-21T09:06:00Z</dcterms:modified>
  <cp:category/>
</cp:coreProperties>
</file>